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5D19" w14:textId="5E6FE824" w:rsidR="006B21D2" w:rsidRDefault="00E02B7C" w:rsidP="00E02B7C">
      <w:r w:rsidRPr="00E02B7C">
        <w:drawing>
          <wp:inline distT="0" distB="0" distL="0" distR="0" wp14:anchorId="06298666" wp14:editId="2D3BC66C">
            <wp:extent cx="1984375" cy="476250"/>
            <wp:effectExtent l="0" t="0" r="0" b="0"/>
            <wp:docPr id="1049143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438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6492" cy="47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7B06" w14:textId="77777777" w:rsidR="006B21D2" w:rsidRDefault="00000000">
      <w:pPr>
        <w:jc w:val="center"/>
      </w:pPr>
      <w:r>
        <w:rPr>
          <w:b/>
          <w:sz w:val="26"/>
        </w:rPr>
        <w:t>LABORATORY ROTATION APPROVAL FORM</w:t>
      </w:r>
    </w:p>
    <w:p w14:paraId="025C6116" w14:textId="77777777" w:rsidR="006B21D2" w:rsidRDefault="00000000">
      <w:r>
        <w:rPr>
          <w:b/>
        </w:rPr>
        <w:t xml:space="preserve">Instructions: </w:t>
      </w:r>
      <w:r>
        <w:t>Student should route this form to the PI and then to the Rutgers MD/PhD Program Co-Director for signatures. Once fully completed and signed, please submit the form to Jennifer Cerqueira (jc3119@rwjms.rutgers.edu) prior to the start of the rotation.</w:t>
      </w:r>
    </w:p>
    <w:p w14:paraId="61DB9BDB" w14:textId="77777777" w:rsidR="00E02B7C" w:rsidRDefault="00E02B7C">
      <w:pPr>
        <w:rPr>
          <w:b/>
        </w:rPr>
      </w:pPr>
    </w:p>
    <w:p w14:paraId="2D053C8B" w14:textId="2D16E1A7" w:rsidR="006B21D2" w:rsidRDefault="00000000">
      <w:r>
        <w:rPr>
          <w:b/>
        </w:rPr>
        <w:t>Student Information</w:t>
      </w:r>
    </w:p>
    <w:p w14:paraId="3CF07924" w14:textId="77777777" w:rsidR="006B21D2" w:rsidRDefault="00000000">
      <w:r>
        <w:t>Student Name: _________________________________________________</w:t>
      </w:r>
    </w:p>
    <w:p w14:paraId="70641FFC" w14:textId="77777777" w:rsidR="006B21D2" w:rsidRDefault="00000000">
      <w:r>
        <w:t>Lab Rotation # (1, 2, or 3): ____________________________________</w:t>
      </w:r>
    </w:p>
    <w:p w14:paraId="4C2BF271" w14:textId="77777777" w:rsidR="006B21D2" w:rsidRDefault="00000000">
      <w:r>
        <w:t>Rotation Start Date: _________________   End Date: _________________</w:t>
      </w:r>
    </w:p>
    <w:p w14:paraId="2D68EB48" w14:textId="77777777" w:rsidR="00E02B7C" w:rsidRDefault="00E02B7C">
      <w:pPr>
        <w:rPr>
          <w:b/>
        </w:rPr>
      </w:pPr>
    </w:p>
    <w:p w14:paraId="4D00C878" w14:textId="5D70047C" w:rsidR="006B21D2" w:rsidRDefault="00000000">
      <w:r>
        <w:rPr>
          <w:b/>
        </w:rPr>
        <w:t>Laboratory Information</w:t>
      </w:r>
    </w:p>
    <w:p w14:paraId="32178141" w14:textId="77777777" w:rsidR="006B21D2" w:rsidRDefault="00000000">
      <w:r>
        <w:t>PI Name and Department: _________________________________________</w:t>
      </w:r>
    </w:p>
    <w:p w14:paraId="4AC67666" w14:textId="77777777" w:rsidR="006B21D2" w:rsidRDefault="00000000">
      <w:r>
        <w:t>_______________________________________________________________</w:t>
      </w:r>
    </w:p>
    <w:p w14:paraId="3AB91473" w14:textId="77777777" w:rsidR="006B21D2" w:rsidRDefault="00000000">
      <w:r>
        <w:t>Institution: ☐ Rutgers RWJMS   ☐ Rutgers University   ☐ Other: __________</w:t>
      </w:r>
    </w:p>
    <w:p w14:paraId="5BC7C08C" w14:textId="77777777" w:rsidR="00E02B7C" w:rsidRDefault="00E02B7C"/>
    <w:p w14:paraId="18644724" w14:textId="7670ADC8" w:rsidR="006B21D2" w:rsidRDefault="00000000">
      <w:r>
        <w:rPr>
          <w:b/>
        </w:rPr>
        <w:t>Student Acknowledgement</w:t>
      </w:r>
    </w:p>
    <w:p w14:paraId="5A09ECFE" w14:textId="77777777" w:rsidR="006B21D2" w:rsidRDefault="00000000">
      <w:r>
        <w:t>By signing below, I confirm that I have discussed this rotation with the PI and understand the expectations and responsibilities associated with participation in this laboratory rotation.</w:t>
      </w:r>
    </w:p>
    <w:p w14:paraId="49D5BFF6" w14:textId="40F718BE" w:rsidR="006B21D2" w:rsidRDefault="00000000">
      <w:r>
        <w:t>Student Signature: __________________________________   Date: __________</w:t>
      </w:r>
    </w:p>
    <w:p w14:paraId="494231DD" w14:textId="77777777" w:rsidR="00E02B7C" w:rsidRDefault="00E02B7C">
      <w:pPr>
        <w:rPr>
          <w:b/>
        </w:rPr>
      </w:pPr>
    </w:p>
    <w:p w14:paraId="28322B97" w14:textId="1932B478" w:rsidR="006B21D2" w:rsidRDefault="00000000">
      <w:r>
        <w:rPr>
          <w:b/>
        </w:rPr>
        <w:t>PI Approval</w:t>
      </w:r>
    </w:p>
    <w:p w14:paraId="27BF16ED" w14:textId="77777777" w:rsidR="006B21D2" w:rsidRDefault="00000000">
      <w:r>
        <w:t>PI Signature: ________________________________________   Date: __________</w:t>
      </w:r>
    </w:p>
    <w:p w14:paraId="68DF381E" w14:textId="77777777" w:rsidR="006B21D2" w:rsidRDefault="00000000">
      <w:r>
        <w:t>Print Name: ______________________________________________________</w:t>
      </w:r>
    </w:p>
    <w:p w14:paraId="4243D112" w14:textId="77777777" w:rsidR="00E02B7C" w:rsidRDefault="00E02B7C">
      <w:pPr>
        <w:rPr>
          <w:b/>
        </w:rPr>
      </w:pPr>
    </w:p>
    <w:p w14:paraId="5678D5AD" w14:textId="0B7FD610" w:rsidR="006B21D2" w:rsidRDefault="00000000">
      <w:r>
        <w:rPr>
          <w:b/>
        </w:rPr>
        <w:t>Rutgers MD/PhD Program Approval</w:t>
      </w:r>
    </w:p>
    <w:p w14:paraId="74AA3492" w14:textId="77777777" w:rsidR="006B21D2" w:rsidRDefault="00000000">
      <w:r>
        <w:t>Signature: ___________________________________________   Date: __________</w:t>
      </w:r>
    </w:p>
    <w:p w14:paraId="40AFC65E" w14:textId="79F23F36" w:rsidR="006B21D2" w:rsidRDefault="00000000">
      <w:r>
        <w:t>Paul Copeland, PhD</w:t>
      </w:r>
    </w:p>
    <w:sectPr w:rsidR="006B21D2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4050043">
    <w:abstractNumId w:val="8"/>
  </w:num>
  <w:num w:numId="2" w16cid:durableId="1899901707">
    <w:abstractNumId w:val="6"/>
  </w:num>
  <w:num w:numId="3" w16cid:durableId="28186733">
    <w:abstractNumId w:val="5"/>
  </w:num>
  <w:num w:numId="4" w16cid:durableId="1888640574">
    <w:abstractNumId w:val="4"/>
  </w:num>
  <w:num w:numId="5" w16cid:durableId="273098672">
    <w:abstractNumId w:val="7"/>
  </w:num>
  <w:num w:numId="6" w16cid:durableId="474950293">
    <w:abstractNumId w:val="3"/>
  </w:num>
  <w:num w:numId="7" w16cid:durableId="60254801">
    <w:abstractNumId w:val="2"/>
  </w:num>
  <w:num w:numId="8" w16cid:durableId="1423407359">
    <w:abstractNumId w:val="1"/>
  </w:num>
  <w:num w:numId="9" w16cid:durableId="198176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21D2"/>
    <w:rsid w:val="00AA1D8D"/>
    <w:rsid w:val="00AB5EF7"/>
    <w:rsid w:val="00B47730"/>
    <w:rsid w:val="00CB0664"/>
    <w:rsid w:val="00E02B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9736D"/>
  <w14:defaultImageDpi w14:val="300"/>
  <w15:docId w15:val="{8FC2C844-16B8-4F11-8615-D2E728B7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Cerqueira</cp:lastModifiedBy>
  <cp:revision>2</cp:revision>
  <dcterms:created xsi:type="dcterms:W3CDTF">2026-05-13T13:25:00Z</dcterms:created>
  <dcterms:modified xsi:type="dcterms:W3CDTF">2026-05-13T13:25:00Z</dcterms:modified>
  <cp:category/>
</cp:coreProperties>
</file>